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0E131" w14:textId="77777777" w:rsidR="00E94C79" w:rsidRPr="003F520C" w:rsidRDefault="0008118A">
      <w:pPr>
        <w:jc w:val="right"/>
        <w:rPr>
          <w:rFonts w:asciiTheme="majorHAnsi" w:hAnsiTheme="majorHAnsi" w:cstheme="majorHAnsi"/>
        </w:rPr>
      </w:pPr>
      <w:r w:rsidRPr="003F520C">
        <w:rPr>
          <w:rFonts w:asciiTheme="majorHAnsi" w:hAnsiTheme="majorHAnsi" w:cstheme="majorHAnsi"/>
          <w:b/>
          <w:color w:val="666666"/>
          <w:sz w:val="20"/>
        </w:rPr>
        <w:t>Příloha č. 1 Výzvy – Žádost o poskytnutí podpory</w:t>
      </w:r>
    </w:p>
    <w:p w14:paraId="7C0BE01A" w14:textId="64FF9139" w:rsidR="00E94C79" w:rsidRPr="003F520C" w:rsidRDefault="00A77700">
      <w:pPr>
        <w:spacing w:after="40"/>
        <w:rPr>
          <w:rFonts w:asciiTheme="majorHAnsi" w:hAnsiTheme="majorHAnsi" w:cstheme="majorHAnsi"/>
        </w:rPr>
      </w:pPr>
      <w:r w:rsidRPr="003F520C">
        <w:rPr>
          <w:rFonts w:asciiTheme="majorHAnsi" w:hAnsiTheme="majorHAnsi" w:cstheme="majorHAnsi"/>
          <w:b/>
          <w:color w:val="007AC2"/>
          <w:sz w:val="40"/>
        </w:rPr>
        <w:t xml:space="preserve">ŽÁDOST O POSKYTNUTÍ PODPORY </w:t>
      </w:r>
    </w:p>
    <w:p w14:paraId="6EA13456" w14:textId="77777777" w:rsidR="00E94C79" w:rsidRPr="003F520C" w:rsidRDefault="0008118A">
      <w:pPr>
        <w:spacing w:after="80"/>
        <w:rPr>
          <w:rFonts w:asciiTheme="majorHAnsi" w:hAnsiTheme="majorHAnsi" w:cstheme="majorHAnsi"/>
        </w:rPr>
      </w:pPr>
      <w:r w:rsidRPr="003F520C">
        <w:rPr>
          <w:rFonts w:asciiTheme="majorHAnsi" w:hAnsiTheme="majorHAnsi" w:cstheme="majorHAnsi"/>
          <w:b/>
          <w:color w:val="333333"/>
          <w:sz w:val="24"/>
        </w:rPr>
        <w:t>Program: „Den dobročinnosti“ ve Zlínském kraji 2026</w:t>
      </w:r>
    </w:p>
    <w:p w14:paraId="3961C0DA" w14:textId="626584D8" w:rsidR="00E94C79" w:rsidRPr="003F520C" w:rsidRDefault="0008118A">
      <w:pPr>
        <w:spacing w:after="320"/>
        <w:rPr>
          <w:rFonts w:asciiTheme="majorHAnsi" w:hAnsiTheme="majorHAnsi" w:cstheme="majorHAnsi"/>
        </w:rPr>
      </w:pPr>
      <w:r w:rsidRPr="003F520C">
        <w:rPr>
          <w:rFonts w:asciiTheme="majorHAnsi" w:hAnsiTheme="majorHAnsi" w:cstheme="majorHAnsi"/>
          <w:b/>
          <w:sz w:val="19"/>
        </w:rPr>
        <w:t xml:space="preserve">Vyhlašovatel: </w:t>
      </w:r>
      <w:r w:rsidRPr="003F520C">
        <w:rPr>
          <w:rFonts w:asciiTheme="majorHAnsi" w:hAnsiTheme="majorHAnsi" w:cstheme="majorHAnsi"/>
          <w:sz w:val="19"/>
        </w:rPr>
        <w:t>Asociace nestátních neziskových organizací Zlínského kraje z. s. (ANNO ZK), za podpory Zlínského kraje a Statutárního města Zlín</w:t>
      </w:r>
      <w:r w:rsidRPr="003F520C">
        <w:rPr>
          <w:rFonts w:asciiTheme="majorHAnsi" w:hAnsiTheme="majorHAnsi" w:cstheme="majorHAnsi"/>
          <w:sz w:val="19"/>
        </w:rPr>
        <w:br/>
      </w:r>
      <w:r w:rsidRPr="003F520C">
        <w:rPr>
          <w:rFonts w:asciiTheme="majorHAnsi" w:hAnsiTheme="majorHAnsi" w:cstheme="majorHAnsi"/>
          <w:b/>
          <w:sz w:val="19"/>
        </w:rPr>
        <w:t xml:space="preserve">Termín pro doručení: </w:t>
      </w:r>
      <w:r w:rsidRPr="003F520C">
        <w:rPr>
          <w:rFonts w:asciiTheme="majorHAnsi" w:hAnsiTheme="majorHAnsi" w:cstheme="majorHAnsi"/>
          <w:sz w:val="19"/>
        </w:rPr>
        <w:t xml:space="preserve">nejpozději do </w:t>
      </w:r>
      <w:r w:rsidR="008C79DC">
        <w:rPr>
          <w:rFonts w:asciiTheme="majorHAnsi" w:hAnsiTheme="majorHAnsi" w:cstheme="majorHAnsi"/>
          <w:sz w:val="19"/>
        </w:rPr>
        <w:t>26</w:t>
      </w:r>
      <w:r w:rsidRPr="003F520C">
        <w:rPr>
          <w:rFonts w:asciiTheme="majorHAnsi" w:hAnsiTheme="majorHAnsi" w:cstheme="majorHAnsi"/>
          <w:sz w:val="19"/>
        </w:rPr>
        <w:t>. 10. 2026 do 12:00 hod. na e-mail: annozk@seznam.cz</w:t>
      </w:r>
    </w:p>
    <w:p w14:paraId="76303D8A" w14:textId="77777777" w:rsidR="00E94C79" w:rsidRPr="003F520C" w:rsidRDefault="0008118A">
      <w:pPr>
        <w:keepNext/>
        <w:spacing w:before="280" w:after="120"/>
        <w:rPr>
          <w:rFonts w:asciiTheme="majorHAnsi" w:hAnsiTheme="majorHAnsi" w:cstheme="majorHAnsi"/>
        </w:rPr>
      </w:pPr>
      <w:r w:rsidRPr="003F520C">
        <w:rPr>
          <w:rFonts w:asciiTheme="majorHAnsi" w:hAnsiTheme="majorHAnsi" w:cstheme="majorHAnsi"/>
          <w:b/>
          <w:color w:val="007AC2"/>
          <w:sz w:val="24"/>
        </w:rPr>
        <w:t>1. Identifikační a právní údaje žadatele</w:t>
      </w:r>
    </w:p>
    <w:tbl>
      <w:tblPr>
        <w:tblW w:w="0" w:type="auto"/>
        <w:jc w:val="center"/>
        <w:tblBorders>
          <w:top w:val="single" w:sz="4" w:space="0" w:color="D0D7DE"/>
          <w:bottom w:val="single" w:sz="4" w:space="0" w:color="D0D7DE"/>
          <w:insideH w:val="single" w:sz="4" w:space="0" w:color="D0D7DE"/>
          <w:insideV w:val="single" w:sz="4" w:space="0" w:color="D0D7DE"/>
        </w:tblBorders>
        <w:tblLook w:val="04A0" w:firstRow="1" w:lastRow="0" w:firstColumn="1" w:lastColumn="0" w:noHBand="0" w:noVBand="1"/>
      </w:tblPr>
      <w:tblGrid>
        <w:gridCol w:w="2592"/>
        <w:gridCol w:w="2298"/>
        <w:gridCol w:w="4902"/>
      </w:tblGrid>
      <w:tr w:rsidR="00E94C79" w:rsidRPr="003F520C" w14:paraId="4CDBFCED" w14:textId="77777777" w:rsidTr="00A77700">
        <w:trPr>
          <w:tblHeader/>
          <w:jc w:val="center"/>
        </w:trPr>
        <w:tc>
          <w:tcPr>
            <w:tcW w:w="2592" w:type="dxa"/>
            <w:shd w:val="clear" w:color="auto" w:fill="007AC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3B5C8E0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FFFFFF"/>
                <w:sz w:val="20"/>
              </w:rPr>
              <w:t>Název pole</w:t>
            </w:r>
          </w:p>
        </w:tc>
        <w:tc>
          <w:tcPr>
            <w:tcW w:w="2298" w:type="dxa"/>
            <w:shd w:val="clear" w:color="auto" w:fill="007AC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FE80906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FFFFFF"/>
                <w:sz w:val="20"/>
              </w:rPr>
              <w:t>Pokyny pro vyplnění</w:t>
            </w:r>
          </w:p>
        </w:tc>
        <w:tc>
          <w:tcPr>
            <w:tcW w:w="4902" w:type="dxa"/>
            <w:shd w:val="clear" w:color="auto" w:fill="007AC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AF083D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FFFFFF"/>
                <w:sz w:val="20"/>
              </w:rPr>
              <w:t>Vyplní žadatel</w:t>
            </w:r>
          </w:p>
        </w:tc>
      </w:tr>
      <w:tr w:rsidR="00E94C79" w:rsidRPr="003F520C" w14:paraId="05A683C4" w14:textId="77777777" w:rsidTr="00A77700">
        <w:trPr>
          <w:cantSplit/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82F819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333333"/>
                <w:sz w:val="19"/>
              </w:rPr>
              <w:t>Název žádající organizace</w:t>
            </w:r>
          </w:p>
        </w:tc>
        <w:tc>
          <w:tcPr>
            <w:tcW w:w="229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74B56A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>Oficiální název organizace dle veřejně dostupného rejstříku.</w:t>
            </w:r>
          </w:p>
        </w:tc>
        <w:tc>
          <w:tcPr>
            <w:tcW w:w="490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6097A6" w14:textId="7770370D" w:rsidR="00E94C79" w:rsidRPr="003F520C" w:rsidRDefault="00E94C79">
            <w:pPr>
              <w:rPr>
                <w:rFonts w:asciiTheme="majorHAnsi" w:hAnsiTheme="majorHAnsi" w:cstheme="majorHAnsi"/>
              </w:rPr>
            </w:pPr>
          </w:p>
        </w:tc>
      </w:tr>
      <w:tr w:rsidR="00E94C79" w:rsidRPr="003F520C" w14:paraId="70B2C74C" w14:textId="77777777" w:rsidTr="00A77700">
        <w:trPr>
          <w:cantSplit/>
          <w:jc w:val="center"/>
        </w:trPr>
        <w:tc>
          <w:tcPr>
            <w:tcW w:w="2592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199C1D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333333"/>
                <w:sz w:val="19"/>
              </w:rPr>
              <w:t>Právní forma</w:t>
            </w:r>
          </w:p>
        </w:tc>
        <w:tc>
          <w:tcPr>
            <w:tcW w:w="2298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87014A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>Např. spolky (z. s.), ústavy, o. p. s., evidované právnické osoby apod.</w:t>
            </w:r>
          </w:p>
        </w:tc>
        <w:tc>
          <w:tcPr>
            <w:tcW w:w="4902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495E48" w14:textId="77777777" w:rsidR="00E94C79" w:rsidRPr="003F520C" w:rsidRDefault="00E94C79">
            <w:pPr>
              <w:rPr>
                <w:rFonts w:asciiTheme="majorHAnsi" w:hAnsiTheme="majorHAnsi" w:cstheme="majorHAnsi"/>
              </w:rPr>
            </w:pPr>
          </w:p>
        </w:tc>
      </w:tr>
      <w:tr w:rsidR="00E94C79" w:rsidRPr="003F520C" w14:paraId="26DF5B88" w14:textId="77777777" w:rsidTr="00A77700">
        <w:trPr>
          <w:cantSplit/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9491F8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333333"/>
                <w:sz w:val="19"/>
              </w:rPr>
              <w:t>IČO</w:t>
            </w:r>
          </w:p>
        </w:tc>
        <w:tc>
          <w:tcPr>
            <w:tcW w:w="229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B0852C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>Identifikační číslo organizace. Program je určen pro malé NNO (max. do 20 zaměstnanců).</w:t>
            </w:r>
          </w:p>
        </w:tc>
        <w:tc>
          <w:tcPr>
            <w:tcW w:w="490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F1DE06" w14:textId="77777777" w:rsidR="00E94C79" w:rsidRPr="003F520C" w:rsidRDefault="00E94C79">
            <w:pPr>
              <w:rPr>
                <w:rFonts w:asciiTheme="majorHAnsi" w:hAnsiTheme="majorHAnsi" w:cstheme="majorHAnsi"/>
              </w:rPr>
            </w:pPr>
          </w:p>
        </w:tc>
      </w:tr>
      <w:tr w:rsidR="00E94C79" w:rsidRPr="003F520C" w14:paraId="59ECD41F" w14:textId="77777777" w:rsidTr="00A77700">
        <w:trPr>
          <w:cantSplit/>
          <w:jc w:val="center"/>
        </w:trPr>
        <w:tc>
          <w:tcPr>
            <w:tcW w:w="2592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C73198" w14:textId="2D84EFBC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333333"/>
                <w:sz w:val="19"/>
              </w:rPr>
              <w:t>Sídlo organizace</w:t>
            </w:r>
          </w:p>
        </w:tc>
        <w:tc>
          <w:tcPr>
            <w:tcW w:w="2298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C66F1C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>Ulice a č.p., PSČ, Město (organizace musí působit na území Zlínského kraje).</w:t>
            </w:r>
          </w:p>
        </w:tc>
        <w:tc>
          <w:tcPr>
            <w:tcW w:w="4902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A14550" w14:textId="77777777" w:rsidR="00E94C79" w:rsidRPr="003F520C" w:rsidRDefault="00E94C79">
            <w:pPr>
              <w:rPr>
                <w:rFonts w:asciiTheme="majorHAnsi" w:hAnsiTheme="majorHAnsi" w:cstheme="majorHAnsi"/>
              </w:rPr>
            </w:pPr>
          </w:p>
        </w:tc>
      </w:tr>
      <w:tr w:rsidR="00E94C79" w:rsidRPr="003F520C" w14:paraId="1E9059BF" w14:textId="77777777" w:rsidTr="00A77700">
        <w:trPr>
          <w:cantSplit/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927CBB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333333"/>
                <w:sz w:val="19"/>
              </w:rPr>
              <w:t>Zastupující osoba</w:t>
            </w:r>
          </w:p>
        </w:tc>
        <w:tc>
          <w:tcPr>
            <w:tcW w:w="229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C7F91D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>Jméno, příjmení a funkce statutárního orgánu nebo oprávněného zástupce organizace.</w:t>
            </w:r>
          </w:p>
        </w:tc>
        <w:tc>
          <w:tcPr>
            <w:tcW w:w="490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AC85A8" w14:textId="77777777" w:rsidR="00E94C79" w:rsidRPr="003F520C" w:rsidRDefault="00E94C79">
            <w:pPr>
              <w:rPr>
                <w:rFonts w:asciiTheme="majorHAnsi" w:hAnsiTheme="majorHAnsi" w:cstheme="majorHAnsi"/>
              </w:rPr>
            </w:pPr>
          </w:p>
        </w:tc>
      </w:tr>
      <w:tr w:rsidR="00E94C79" w:rsidRPr="003F520C" w14:paraId="209BCCFC" w14:textId="77777777" w:rsidTr="00A77700">
        <w:trPr>
          <w:cantSplit/>
          <w:jc w:val="center"/>
        </w:trPr>
        <w:tc>
          <w:tcPr>
            <w:tcW w:w="2592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CFB474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333333"/>
                <w:sz w:val="19"/>
              </w:rPr>
              <w:t xml:space="preserve">Číslo účtu (č. </w:t>
            </w:r>
            <w:proofErr w:type="spellStart"/>
            <w:r w:rsidRPr="003F520C">
              <w:rPr>
                <w:rFonts w:asciiTheme="majorHAnsi" w:hAnsiTheme="majorHAnsi" w:cstheme="majorHAnsi"/>
                <w:b/>
                <w:color w:val="333333"/>
                <w:sz w:val="19"/>
              </w:rPr>
              <w:t>ú.</w:t>
            </w:r>
            <w:proofErr w:type="spellEnd"/>
            <w:r w:rsidRPr="003F520C">
              <w:rPr>
                <w:rFonts w:asciiTheme="majorHAnsi" w:hAnsiTheme="majorHAnsi" w:cstheme="majorHAnsi"/>
                <w:b/>
                <w:color w:val="333333"/>
                <w:sz w:val="19"/>
              </w:rPr>
              <w:t>)</w:t>
            </w:r>
          </w:p>
        </w:tc>
        <w:tc>
          <w:tcPr>
            <w:tcW w:w="2298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4A853C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>Číslo bankovního účtu organizace a kód banky pro případné vyplacení finanční podpory.</w:t>
            </w:r>
          </w:p>
        </w:tc>
        <w:tc>
          <w:tcPr>
            <w:tcW w:w="4902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E60006" w14:textId="77777777" w:rsidR="00E94C79" w:rsidRPr="003F520C" w:rsidRDefault="00E94C79">
            <w:pPr>
              <w:rPr>
                <w:rFonts w:asciiTheme="majorHAnsi" w:hAnsiTheme="majorHAnsi" w:cstheme="majorHAnsi"/>
              </w:rPr>
            </w:pPr>
          </w:p>
        </w:tc>
      </w:tr>
    </w:tbl>
    <w:p w14:paraId="14139B1E" w14:textId="77777777" w:rsidR="00E94C79" w:rsidRPr="003F520C" w:rsidRDefault="00E94C79">
      <w:pPr>
        <w:spacing w:after="120"/>
        <w:rPr>
          <w:rFonts w:asciiTheme="majorHAnsi" w:hAnsiTheme="majorHAnsi" w:cstheme="majorHAnsi"/>
        </w:rPr>
      </w:pPr>
    </w:p>
    <w:p w14:paraId="799C17B8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5CA63C74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32B4CC55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3F50829E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08304BDA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4F3290E2" w14:textId="77777777" w:rsidR="00E94C79" w:rsidRPr="003F520C" w:rsidRDefault="0008118A">
      <w:pPr>
        <w:keepNext/>
        <w:spacing w:before="280" w:after="120"/>
        <w:rPr>
          <w:rFonts w:asciiTheme="majorHAnsi" w:hAnsiTheme="majorHAnsi" w:cstheme="majorHAnsi"/>
        </w:rPr>
      </w:pPr>
      <w:r w:rsidRPr="003F520C">
        <w:rPr>
          <w:rFonts w:asciiTheme="majorHAnsi" w:hAnsiTheme="majorHAnsi" w:cstheme="majorHAnsi"/>
          <w:b/>
          <w:color w:val="007AC2"/>
          <w:sz w:val="24"/>
        </w:rPr>
        <w:t>2. Kontaktní údaje (pro komunikaci s ANNO ZK)</w:t>
      </w:r>
    </w:p>
    <w:tbl>
      <w:tblPr>
        <w:tblW w:w="0" w:type="auto"/>
        <w:jc w:val="center"/>
        <w:tblBorders>
          <w:top w:val="single" w:sz="4" w:space="0" w:color="D0D7DE"/>
          <w:bottom w:val="single" w:sz="4" w:space="0" w:color="D0D7DE"/>
          <w:insideH w:val="single" w:sz="4" w:space="0" w:color="D0D7DE"/>
          <w:insideV w:val="single" w:sz="4" w:space="0" w:color="D0D7DE"/>
        </w:tblBorders>
        <w:tblLook w:val="04A0" w:firstRow="1" w:lastRow="0" w:firstColumn="1" w:lastColumn="0" w:noHBand="0" w:noVBand="1"/>
      </w:tblPr>
      <w:tblGrid>
        <w:gridCol w:w="2592"/>
        <w:gridCol w:w="2298"/>
        <w:gridCol w:w="4902"/>
      </w:tblGrid>
      <w:tr w:rsidR="00E94C79" w:rsidRPr="003F520C" w14:paraId="52ABB374" w14:textId="77777777" w:rsidTr="00A77700">
        <w:trPr>
          <w:tblHeader/>
          <w:jc w:val="center"/>
        </w:trPr>
        <w:tc>
          <w:tcPr>
            <w:tcW w:w="2592" w:type="dxa"/>
            <w:shd w:val="clear" w:color="auto" w:fill="007AC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ED16C6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FFFFFF"/>
                <w:sz w:val="20"/>
              </w:rPr>
              <w:t>Název pole</w:t>
            </w:r>
          </w:p>
        </w:tc>
        <w:tc>
          <w:tcPr>
            <w:tcW w:w="2298" w:type="dxa"/>
            <w:shd w:val="clear" w:color="auto" w:fill="007AC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F8FA09D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FFFFFF"/>
                <w:sz w:val="20"/>
              </w:rPr>
              <w:t>Pokyny pro vyplnění</w:t>
            </w:r>
          </w:p>
        </w:tc>
        <w:tc>
          <w:tcPr>
            <w:tcW w:w="4902" w:type="dxa"/>
            <w:shd w:val="clear" w:color="auto" w:fill="007AC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119C73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FFFFFF"/>
                <w:sz w:val="20"/>
              </w:rPr>
              <w:t>Vyplní žadatel</w:t>
            </w:r>
          </w:p>
        </w:tc>
      </w:tr>
      <w:tr w:rsidR="00E94C79" w:rsidRPr="003F520C" w14:paraId="2774F1F4" w14:textId="77777777" w:rsidTr="00A77700">
        <w:trPr>
          <w:cantSplit/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105484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333333"/>
                <w:sz w:val="19"/>
              </w:rPr>
              <w:t>Jméno kontaktní osoby</w:t>
            </w:r>
          </w:p>
        </w:tc>
        <w:tc>
          <w:tcPr>
            <w:tcW w:w="229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870A98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>Osoba pověřená operativní komunikací ohledně projektu.</w:t>
            </w:r>
          </w:p>
        </w:tc>
        <w:tc>
          <w:tcPr>
            <w:tcW w:w="490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AE3D5D" w14:textId="77777777" w:rsidR="00E94C79" w:rsidRPr="003F520C" w:rsidRDefault="00E94C79">
            <w:pPr>
              <w:rPr>
                <w:rFonts w:asciiTheme="majorHAnsi" w:hAnsiTheme="majorHAnsi" w:cstheme="majorHAnsi"/>
              </w:rPr>
            </w:pPr>
          </w:p>
        </w:tc>
      </w:tr>
      <w:tr w:rsidR="00E94C79" w:rsidRPr="003F520C" w14:paraId="4CC53114" w14:textId="77777777" w:rsidTr="00A77700">
        <w:trPr>
          <w:cantSplit/>
          <w:jc w:val="center"/>
        </w:trPr>
        <w:tc>
          <w:tcPr>
            <w:tcW w:w="2592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72D6F6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333333"/>
                <w:sz w:val="19"/>
              </w:rPr>
              <w:t>Telefon</w:t>
            </w:r>
          </w:p>
        </w:tc>
        <w:tc>
          <w:tcPr>
            <w:tcW w:w="2298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AD737B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>Telefonní kontakt na kontaktní osobu.</w:t>
            </w:r>
          </w:p>
        </w:tc>
        <w:tc>
          <w:tcPr>
            <w:tcW w:w="4902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3426E6" w14:textId="77777777" w:rsidR="00E94C79" w:rsidRPr="003F520C" w:rsidRDefault="00E94C79">
            <w:pPr>
              <w:rPr>
                <w:rFonts w:asciiTheme="majorHAnsi" w:hAnsiTheme="majorHAnsi" w:cstheme="majorHAnsi"/>
              </w:rPr>
            </w:pPr>
          </w:p>
        </w:tc>
      </w:tr>
      <w:tr w:rsidR="00E94C79" w:rsidRPr="003F520C" w14:paraId="504B1E3D" w14:textId="77777777" w:rsidTr="00A77700">
        <w:trPr>
          <w:cantSplit/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F898D8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333333"/>
                <w:sz w:val="19"/>
              </w:rPr>
              <w:t>E-mail</w:t>
            </w:r>
          </w:p>
        </w:tc>
        <w:tc>
          <w:tcPr>
            <w:tcW w:w="229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0C625F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>E-mailová adresa pro zasílání informací a výsledků.</w:t>
            </w:r>
          </w:p>
        </w:tc>
        <w:tc>
          <w:tcPr>
            <w:tcW w:w="490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26B06C" w14:textId="77777777" w:rsidR="00E94C79" w:rsidRPr="003F520C" w:rsidRDefault="00E94C79">
            <w:pPr>
              <w:rPr>
                <w:rFonts w:asciiTheme="majorHAnsi" w:hAnsiTheme="majorHAnsi" w:cstheme="majorHAnsi"/>
              </w:rPr>
            </w:pPr>
          </w:p>
        </w:tc>
      </w:tr>
      <w:tr w:rsidR="00E94C79" w:rsidRPr="003F520C" w14:paraId="2693A32D" w14:textId="77777777" w:rsidTr="00A77700">
        <w:trPr>
          <w:cantSplit/>
          <w:jc w:val="center"/>
        </w:trPr>
        <w:tc>
          <w:tcPr>
            <w:tcW w:w="2592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D3DF80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333333"/>
                <w:sz w:val="19"/>
              </w:rPr>
              <w:t>Web / Sociální sítě</w:t>
            </w:r>
          </w:p>
        </w:tc>
        <w:tc>
          <w:tcPr>
            <w:tcW w:w="2298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322D6F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>Webové stránky nebo profil organizace (slouží pro ověření a propagaci).</w:t>
            </w:r>
          </w:p>
        </w:tc>
        <w:tc>
          <w:tcPr>
            <w:tcW w:w="4902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05BF95" w14:textId="77777777" w:rsidR="00E94C79" w:rsidRPr="003F520C" w:rsidRDefault="00E94C79">
            <w:pPr>
              <w:rPr>
                <w:rFonts w:asciiTheme="majorHAnsi" w:hAnsiTheme="majorHAnsi" w:cstheme="majorHAnsi"/>
              </w:rPr>
            </w:pPr>
          </w:p>
        </w:tc>
      </w:tr>
    </w:tbl>
    <w:p w14:paraId="08E7CC7E" w14:textId="77777777" w:rsidR="00E94C79" w:rsidRPr="003F520C" w:rsidRDefault="00E94C79">
      <w:pPr>
        <w:spacing w:after="120"/>
        <w:rPr>
          <w:rFonts w:asciiTheme="majorHAnsi" w:hAnsiTheme="majorHAnsi" w:cstheme="majorHAnsi"/>
        </w:rPr>
      </w:pPr>
    </w:p>
    <w:p w14:paraId="41F394BE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2202C36D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03CB5443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15680923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6F4C1F4C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469B1FBE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32DCE784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2DBFAFB8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792D12C5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2094FB13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1704DC13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0E9D3232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4500A0CB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6C0FC222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5634E20F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04929C1A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2168A861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3F9CBAC4" w14:textId="77777777" w:rsidR="00E94C79" w:rsidRPr="003F520C" w:rsidRDefault="0008118A">
      <w:pPr>
        <w:keepNext/>
        <w:spacing w:before="280" w:after="120"/>
        <w:rPr>
          <w:rFonts w:asciiTheme="majorHAnsi" w:hAnsiTheme="majorHAnsi" w:cstheme="majorHAnsi"/>
        </w:rPr>
      </w:pPr>
      <w:r w:rsidRPr="003F520C">
        <w:rPr>
          <w:rFonts w:asciiTheme="majorHAnsi" w:hAnsiTheme="majorHAnsi" w:cstheme="majorHAnsi"/>
          <w:b/>
          <w:color w:val="007AC2"/>
          <w:sz w:val="24"/>
        </w:rPr>
        <w:t>3. Popis a specifikace projektového záměru</w:t>
      </w:r>
    </w:p>
    <w:tbl>
      <w:tblPr>
        <w:tblW w:w="0" w:type="auto"/>
        <w:jc w:val="center"/>
        <w:tblBorders>
          <w:top w:val="single" w:sz="4" w:space="0" w:color="D0D7DE"/>
          <w:bottom w:val="single" w:sz="4" w:space="0" w:color="D0D7DE"/>
          <w:insideH w:val="single" w:sz="4" w:space="0" w:color="D0D7DE"/>
          <w:insideV w:val="single" w:sz="4" w:space="0" w:color="D0D7DE"/>
        </w:tblBorders>
        <w:tblLook w:val="04A0" w:firstRow="1" w:lastRow="0" w:firstColumn="1" w:lastColumn="0" w:noHBand="0" w:noVBand="1"/>
      </w:tblPr>
      <w:tblGrid>
        <w:gridCol w:w="2592"/>
        <w:gridCol w:w="2298"/>
        <w:gridCol w:w="4902"/>
      </w:tblGrid>
      <w:tr w:rsidR="00E94C79" w:rsidRPr="003F520C" w14:paraId="2C5C9BD0" w14:textId="77777777" w:rsidTr="00A77700">
        <w:trPr>
          <w:tblHeader/>
          <w:jc w:val="center"/>
        </w:trPr>
        <w:tc>
          <w:tcPr>
            <w:tcW w:w="2592" w:type="dxa"/>
            <w:shd w:val="clear" w:color="auto" w:fill="007AC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AB5C57F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FFFFFF"/>
                <w:sz w:val="20"/>
              </w:rPr>
              <w:t>Název pole</w:t>
            </w:r>
          </w:p>
        </w:tc>
        <w:tc>
          <w:tcPr>
            <w:tcW w:w="2298" w:type="dxa"/>
            <w:shd w:val="clear" w:color="auto" w:fill="007AC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A66803D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FFFFFF"/>
                <w:sz w:val="20"/>
              </w:rPr>
              <w:t>Pokyny pro vyplnění</w:t>
            </w:r>
          </w:p>
        </w:tc>
        <w:tc>
          <w:tcPr>
            <w:tcW w:w="4902" w:type="dxa"/>
            <w:shd w:val="clear" w:color="auto" w:fill="007AC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527B9A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FFFFFF"/>
                <w:sz w:val="20"/>
              </w:rPr>
              <w:t>Vyplní žadatel</w:t>
            </w:r>
          </w:p>
        </w:tc>
      </w:tr>
      <w:tr w:rsidR="00E94C79" w:rsidRPr="003F520C" w14:paraId="1A7A3E00" w14:textId="77777777" w:rsidTr="00A77700">
        <w:trPr>
          <w:cantSplit/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D23E5F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333333"/>
                <w:sz w:val="19"/>
              </w:rPr>
              <w:t>Název projektu</w:t>
            </w:r>
          </w:p>
        </w:tc>
        <w:tc>
          <w:tcPr>
            <w:tcW w:w="229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AFAB1C" w14:textId="22371599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>Uveďte jednoduchý</w:t>
            </w:r>
            <w:r w:rsidR="00A77700" w:rsidRPr="003F520C">
              <w:rPr>
                <w:rFonts w:asciiTheme="majorHAnsi" w:hAnsiTheme="majorHAnsi" w:cstheme="majorHAnsi"/>
                <w:color w:val="333333"/>
                <w:sz w:val="19"/>
              </w:rPr>
              <w:t xml:space="preserve"> a</w:t>
            </w: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 xml:space="preserve"> výstižný název projektu.</w:t>
            </w:r>
          </w:p>
        </w:tc>
        <w:tc>
          <w:tcPr>
            <w:tcW w:w="490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4440E5" w14:textId="77777777" w:rsidR="00E94C79" w:rsidRPr="003F520C" w:rsidRDefault="00E94C79">
            <w:pPr>
              <w:rPr>
                <w:rFonts w:asciiTheme="majorHAnsi" w:hAnsiTheme="majorHAnsi" w:cstheme="majorHAnsi"/>
              </w:rPr>
            </w:pPr>
          </w:p>
        </w:tc>
      </w:tr>
      <w:tr w:rsidR="00E94C79" w:rsidRPr="003F520C" w14:paraId="14BC4B77" w14:textId="77777777" w:rsidTr="00A77700">
        <w:trPr>
          <w:cantSplit/>
          <w:jc w:val="center"/>
        </w:trPr>
        <w:tc>
          <w:tcPr>
            <w:tcW w:w="2592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A9514D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333333"/>
                <w:sz w:val="19"/>
              </w:rPr>
              <w:t>Představení organizace</w:t>
            </w:r>
          </w:p>
        </w:tc>
        <w:tc>
          <w:tcPr>
            <w:tcW w:w="2298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A0E5DE" w14:textId="2E613A61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>Stručně představte vaši organizaci, hlavní činnost a dosavadní výsledky.</w:t>
            </w:r>
            <w:r w:rsidR="00874CBD">
              <w:rPr>
                <w:rFonts w:asciiTheme="majorHAnsi" w:hAnsiTheme="majorHAnsi" w:cstheme="majorHAnsi"/>
                <w:color w:val="333333"/>
                <w:sz w:val="19"/>
              </w:rPr>
              <w:t xml:space="preserve"> </w:t>
            </w:r>
            <w:r w:rsidR="00874CBD" w:rsidRPr="00874CBD">
              <w:rPr>
                <w:rFonts w:asciiTheme="majorHAnsi" w:hAnsiTheme="majorHAnsi" w:cstheme="majorHAnsi"/>
                <w:i/>
                <w:iCs/>
                <w:color w:val="333333"/>
                <w:sz w:val="19"/>
              </w:rPr>
              <w:t>(přibližně 300 znaků)</w:t>
            </w:r>
          </w:p>
        </w:tc>
        <w:tc>
          <w:tcPr>
            <w:tcW w:w="4902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9F48E5" w14:textId="77777777" w:rsidR="00E94C79" w:rsidRPr="003F520C" w:rsidRDefault="00E94C79">
            <w:pPr>
              <w:rPr>
                <w:rFonts w:asciiTheme="majorHAnsi" w:hAnsiTheme="majorHAnsi" w:cstheme="majorHAnsi"/>
              </w:rPr>
            </w:pPr>
          </w:p>
        </w:tc>
      </w:tr>
      <w:tr w:rsidR="00E94C79" w:rsidRPr="003F520C" w14:paraId="5B0757F6" w14:textId="77777777" w:rsidTr="00A77700">
        <w:trPr>
          <w:cantSplit/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A7D8A5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333333"/>
                <w:sz w:val="19"/>
              </w:rPr>
              <w:t>Cíl projektu a cílová skupina</w:t>
            </w:r>
          </w:p>
        </w:tc>
        <w:tc>
          <w:tcPr>
            <w:tcW w:w="229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2EDF33" w14:textId="113427CF" w:rsidR="00E94C79" w:rsidRPr="00874CBD" w:rsidRDefault="0008118A">
            <w:pPr>
              <w:rPr>
                <w:rFonts w:asciiTheme="majorHAnsi" w:hAnsiTheme="majorHAnsi" w:cstheme="majorHAnsi"/>
                <w:color w:val="333333"/>
                <w:sz w:val="19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>Čeho chcete realizací projektu dosáhnout? Komu je projekt určen a jaký má přínos</w:t>
            </w:r>
            <w:r w:rsidRPr="00874CBD">
              <w:rPr>
                <w:rFonts w:asciiTheme="majorHAnsi" w:hAnsiTheme="majorHAnsi" w:cstheme="majorHAnsi"/>
                <w:i/>
                <w:iCs/>
                <w:color w:val="333333"/>
                <w:sz w:val="19"/>
              </w:rPr>
              <w:t>?</w:t>
            </w:r>
            <w:r w:rsidR="00874CBD" w:rsidRPr="00874CBD">
              <w:rPr>
                <w:rFonts w:asciiTheme="majorHAnsi" w:hAnsiTheme="majorHAnsi" w:cstheme="majorHAnsi"/>
                <w:i/>
                <w:iCs/>
                <w:color w:val="333333"/>
                <w:sz w:val="19"/>
              </w:rPr>
              <w:t xml:space="preserve"> (přibližně 500 znaků)</w:t>
            </w:r>
          </w:p>
        </w:tc>
        <w:tc>
          <w:tcPr>
            <w:tcW w:w="490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357646" w14:textId="77777777" w:rsidR="00E94C79" w:rsidRPr="003F520C" w:rsidRDefault="00E94C79">
            <w:pPr>
              <w:rPr>
                <w:rFonts w:asciiTheme="majorHAnsi" w:hAnsiTheme="majorHAnsi" w:cstheme="majorHAnsi"/>
              </w:rPr>
            </w:pPr>
          </w:p>
        </w:tc>
      </w:tr>
      <w:tr w:rsidR="00E94C79" w:rsidRPr="003F520C" w14:paraId="17AB12E1" w14:textId="77777777" w:rsidTr="00A77700">
        <w:trPr>
          <w:cantSplit/>
          <w:jc w:val="center"/>
        </w:trPr>
        <w:tc>
          <w:tcPr>
            <w:tcW w:w="2592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C64DDC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333333"/>
                <w:sz w:val="19"/>
              </w:rPr>
              <w:t>Harmonogram projektu</w:t>
            </w:r>
          </w:p>
        </w:tc>
        <w:tc>
          <w:tcPr>
            <w:tcW w:w="2298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A5D46E" w14:textId="7C87B425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>Popište jednotlivé kroky a časový plán realizace v rozmezí 1. 12. 2026 – 30. 6. 2027.</w:t>
            </w:r>
            <w:r w:rsidR="00874CBD">
              <w:rPr>
                <w:rFonts w:asciiTheme="majorHAnsi" w:hAnsiTheme="majorHAnsi" w:cstheme="majorHAnsi"/>
                <w:color w:val="333333"/>
                <w:sz w:val="19"/>
              </w:rPr>
              <w:t xml:space="preserve"> </w:t>
            </w:r>
            <w:r w:rsidR="00874CBD" w:rsidRPr="00874CBD">
              <w:rPr>
                <w:rFonts w:asciiTheme="majorHAnsi" w:hAnsiTheme="majorHAnsi" w:cstheme="majorHAnsi"/>
                <w:i/>
                <w:iCs/>
                <w:color w:val="333333"/>
                <w:sz w:val="19"/>
              </w:rPr>
              <w:t>(v bodech max 300 znaků)</w:t>
            </w:r>
          </w:p>
        </w:tc>
        <w:tc>
          <w:tcPr>
            <w:tcW w:w="4902" w:type="dxa"/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D33BD4" w14:textId="77777777" w:rsidR="00E94C79" w:rsidRPr="003F520C" w:rsidRDefault="00E94C79">
            <w:pPr>
              <w:rPr>
                <w:rFonts w:asciiTheme="majorHAnsi" w:hAnsiTheme="majorHAnsi" w:cstheme="majorHAnsi"/>
              </w:rPr>
            </w:pPr>
          </w:p>
        </w:tc>
      </w:tr>
      <w:tr w:rsidR="00E94C79" w:rsidRPr="003F520C" w14:paraId="32861937" w14:textId="77777777" w:rsidTr="00A77700">
        <w:trPr>
          <w:cantSplit/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FFF391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333333"/>
                <w:sz w:val="19"/>
              </w:rPr>
              <w:t>Rozpočet projektu</w:t>
            </w:r>
          </w:p>
        </w:tc>
        <w:tc>
          <w:tcPr>
            <w:tcW w:w="229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2FD380" w14:textId="25CB9BC1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>Požadovaná částka (max. 25 000 Kč). Specifikujte</w:t>
            </w:r>
            <w:r w:rsidR="00A77700" w:rsidRPr="003F520C">
              <w:rPr>
                <w:rFonts w:asciiTheme="majorHAnsi" w:hAnsiTheme="majorHAnsi" w:cstheme="majorHAnsi"/>
                <w:color w:val="333333"/>
                <w:sz w:val="19"/>
              </w:rPr>
              <w:t xml:space="preserve"> blíže základní</w:t>
            </w: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 xml:space="preserve"> položky </w:t>
            </w:r>
            <w:r w:rsidR="00A77700" w:rsidRPr="003F520C">
              <w:rPr>
                <w:rFonts w:asciiTheme="majorHAnsi" w:hAnsiTheme="majorHAnsi" w:cstheme="majorHAnsi"/>
                <w:color w:val="333333"/>
                <w:sz w:val="19"/>
              </w:rPr>
              <w:t>rozpočtu</w:t>
            </w:r>
          </w:p>
        </w:tc>
        <w:tc>
          <w:tcPr>
            <w:tcW w:w="490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D19676" w14:textId="77777777" w:rsidR="00E94C79" w:rsidRPr="003F520C" w:rsidRDefault="00E94C79">
            <w:pPr>
              <w:rPr>
                <w:rFonts w:asciiTheme="majorHAnsi" w:hAnsiTheme="majorHAnsi" w:cstheme="majorHAnsi"/>
              </w:rPr>
            </w:pPr>
          </w:p>
        </w:tc>
      </w:tr>
    </w:tbl>
    <w:p w14:paraId="5D821FA1" w14:textId="77777777" w:rsidR="00E94C79" w:rsidRPr="003F520C" w:rsidRDefault="00E94C79">
      <w:pPr>
        <w:spacing w:after="120"/>
        <w:rPr>
          <w:rFonts w:asciiTheme="majorHAnsi" w:hAnsiTheme="majorHAnsi" w:cstheme="majorHAnsi"/>
        </w:rPr>
      </w:pPr>
    </w:p>
    <w:p w14:paraId="48BF70FD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0B010D9D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757438B5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393C17AB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22A4260D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5D758699" w14:textId="77777777" w:rsidR="00A77700" w:rsidRPr="003F520C" w:rsidRDefault="00A77700">
      <w:pPr>
        <w:spacing w:after="120"/>
        <w:rPr>
          <w:rFonts w:asciiTheme="majorHAnsi" w:hAnsiTheme="majorHAnsi" w:cstheme="majorHAnsi"/>
        </w:rPr>
      </w:pPr>
    </w:p>
    <w:p w14:paraId="64045CB8" w14:textId="77777777" w:rsidR="00E94C79" w:rsidRPr="003F520C" w:rsidRDefault="0008118A">
      <w:pPr>
        <w:keepNext/>
        <w:spacing w:before="280" w:after="120"/>
        <w:rPr>
          <w:rFonts w:asciiTheme="majorHAnsi" w:hAnsiTheme="majorHAnsi" w:cstheme="majorHAnsi"/>
        </w:rPr>
      </w:pPr>
      <w:r w:rsidRPr="003F520C">
        <w:rPr>
          <w:rFonts w:asciiTheme="majorHAnsi" w:hAnsiTheme="majorHAnsi" w:cstheme="majorHAnsi"/>
          <w:b/>
          <w:color w:val="007AC2"/>
          <w:sz w:val="24"/>
        </w:rPr>
        <w:lastRenderedPageBreak/>
        <w:t>4. Čestné prohlášení a souhlas žadatele</w:t>
      </w:r>
    </w:p>
    <w:tbl>
      <w:tblPr>
        <w:tblW w:w="0" w:type="auto"/>
        <w:jc w:val="center"/>
        <w:tblBorders>
          <w:top w:val="single" w:sz="4" w:space="0" w:color="D0D7DE"/>
          <w:bottom w:val="single" w:sz="4" w:space="0" w:color="D0D7DE"/>
          <w:insideH w:val="single" w:sz="4" w:space="0" w:color="D0D7DE"/>
          <w:insideV w:val="single" w:sz="4" w:space="0" w:color="D0D7DE"/>
        </w:tblBorders>
        <w:tblLook w:val="04A0" w:firstRow="1" w:lastRow="0" w:firstColumn="1" w:lastColumn="0" w:noHBand="0" w:noVBand="1"/>
      </w:tblPr>
      <w:tblGrid>
        <w:gridCol w:w="9792"/>
      </w:tblGrid>
      <w:tr w:rsidR="00E94C79" w:rsidRPr="003F520C" w14:paraId="21B185E9" w14:textId="77777777">
        <w:trPr>
          <w:jc w:val="center"/>
        </w:trPr>
        <w:tc>
          <w:tcPr>
            <w:tcW w:w="9792" w:type="dxa"/>
            <w:shd w:val="clear" w:color="auto" w:fill="F8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665FB01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color w:val="333333"/>
                <w:sz w:val="20"/>
              </w:rPr>
              <w:t>Žadatel čestně prohlašuje, že:</w:t>
            </w:r>
          </w:p>
          <w:p w14:paraId="615B0803" w14:textId="77777777" w:rsidR="00E94C79" w:rsidRPr="003F520C" w:rsidRDefault="0008118A">
            <w:pPr>
              <w:spacing w:before="40" w:after="40"/>
              <w:ind w:left="288"/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>•  Organizace působí na území Zlínského kraje a zaměstnává maximálně 20 zaměstnanců (ne úvazků).</w:t>
            </w:r>
          </w:p>
          <w:p w14:paraId="7C4F5332" w14:textId="77777777" w:rsidR="00E94C79" w:rsidRPr="003F520C" w:rsidRDefault="0008118A">
            <w:pPr>
              <w:spacing w:before="40" w:after="40"/>
              <w:ind w:left="288"/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>•  Organizace nezískala podporu v rámci programu Den dobročinnosti pro rok 2026.</w:t>
            </w:r>
          </w:p>
          <w:p w14:paraId="0A37ABE4" w14:textId="2E1450D8" w:rsidR="00E94C79" w:rsidRPr="003F520C" w:rsidRDefault="0008118A">
            <w:pPr>
              <w:spacing w:before="40" w:after="40"/>
              <w:ind w:left="288"/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 xml:space="preserve">•  Projekt </w:t>
            </w:r>
            <w:r w:rsidR="00A77700" w:rsidRPr="003F520C">
              <w:rPr>
                <w:rFonts w:asciiTheme="majorHAnsi" w:hAnsiTheme="majorHAnsi" w:cstheme="majorHAnsi"/>
                <w:color w:val="333333"/>
                <w:sz w:val="19"/>
              </w:rPr>
              <w:t>bude</w:t>
            </w: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 xml:space="preserve"> realizovatelný nejpozději do 30. 6. 2027 a nekoliduje s dobrými mravy či zákony ČR.</w:t>
            </w:r>
          </w:p>
          <w:p w14:paraId="14C9EDB9" w14:textId="77777777" w:rsidR="00E94C79" w:rsidRPr="003F520C" w:rsidRDefault="0008118A">
            <w:pPr>
              <w:spacing w:before="40" w:after="40"/>
              <w:ind w:left="288"/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333333"/>
                <w:sz w:val="19"/>
              </w:rPr>
              <w:t>•  V případě zařazení mezi 10 finalistů se zástupce organizace zúčastní veřejné prezentace v rámci Dne dobročinnosti dne 18. 11. 2026 od 15:00 hod.</w:t>
            </w:r>
          </w:p>
        </w:tc>
      </w:tr>
      <w:tr w:rsidR="00E94C79" w:rsidRPr="003F520C" w14:paraId="120604BD" w14:textId="77777777">
        <w:trPr>
          <w:jc w:val="center"/>
        </w:trPr>
        <w:tc>
          <w:tcPr>
            <w:tcW w:w="97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26AFBDC" w14:textId="77777777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sz w:val="19"/>
              </w:rPr>
              <w:t>Jméno a příjmení statutárního zástupce / oprávněné osoby:</w:t>
            </w:r>
          </w:p>
          <w:p w14:paraId="4D4CF3F3" w14:textId="77777777" w:rsidR="00E94C79" w:rsidRPr="003F520C" w:rsidRDefault="0008118A">
            <w:pPr>
              <w:spacing w:before="280" w:after="280"/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B4B4B4"/>
              </w:rPr>
              <w:t>...................................................................................................................................................</w:t>
            </w:r>
          </w:p>
          <w:p w14:paraId="1C3780A1" w14:textId="6C72D2F2" w:rsidR="00E94C79" w:rsidRPr="003F520C" w:rsidRDefault="0008118A">
            <w:pPr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b/>
                <w:sz w:val="19"/>
              </w:rPr>
              <w:t xml:space="preserve">Datum, podpis </w:t>
            </w:r>
            <w:r w:rsidR="00A77700" w:rsidRPr="003F520C">
              <w:rPr>
                <w:rFonts w:asciiTheme="majorHAnsi" w:hAnsiTheme="majorHAnsi" w:cstheme="majorHAnsi"/>
                <w:b/>
                <w:sz w:val="19"/>
              </w:rPr>
              <w:t xml:space="preserve">(případně </w:t>
            </w:r>
            <w:r w:rsidRPr="003F520C">
              <w:rPr>
                <w:rFonts w:asciiTheme="majorHAnsi" w:hAnsiTheme="majorHAnsi" w:cstheme="majorHAnsi"/>
                <w:b/>
                <w:sz w:val="19"/>
              </w:rPr>
              <w:t>razítko organizace</w:t>
            </w:r>
            <w:r w:rsidR="00A77700" w:rsidRPr="003F520C">
              <w:rPr>
                <w:rFonts w:asciiTheme="majorHAnsi" w:hAnsiTheme="majorHAnsi" w:cstheme="majorHAnsi"/>
                <w:b/>
                <w:sz w:val="19"/>
              </w:rPr>
              <w:t>)</w:t>
            </w:r>
            <w:r w:rsidRPr="003F520C">
              <w:rPr>
                <w:rFonts w:asciiTheme="majorHAnsi" w:hAnsiTheme="majorHAnsi" w:cstheme="majorHAnsi"/>
                <w:b/>
                <w:sz w:val="19"/>
              </w:rPr>
              <w:t>:</w:t>
            </w:r>
          </w:p>
          <w:p w14:paraId="184E61AE" w14:textId="77777777" w:rsidR="00E94C79" w:rsidRPr="003F520C" w:rsidRDefault="0008118A">
            <w:pPr>
              <w:spacing w:before="280"/>
              <w:rPr>
                <w:rFonts w:asciiTheme="majorHAnsi" w:hAnsiTheme="majorHAnsi" w:cstheme="majorHAnsi"/>
              </w:rPr>
            </w:pPr>
            <w:r w:rsidRPr="003F520C">
              <w:rPr>
                <w:rFonts w:asciiTheme="majorHAnsi" w:hAnsiTheme="majorHAnsi" w:cstheme="majorHAnsi"/>
                <w:color w:val="B4B4B4"/>
              </w:rPr>
              <w:t>...................................................................................................................................................</w:t>
            </w:r>
          </w:p>
        </w:tc>
      </w:tr>
    </w:tbl>
    <w:p w14:paraId="0BF086CD" w14:textId="77777777" w:rsidR="00FD62E6" w:rsidRPr="00A77700" w:rsidRDefault="00FD62E6">
      <w:pPr>
        <w:rPr>
          <w:rFonts w:asciiTheme="majorHAnsi" w:hAnsiTheme="majorHAnsi" w:cstheme="majorHAnsi"/>
        </w:rPr>
      </w:pPr>
    </w:p>
    <w:sectPr w:rsidR="00FD62E6" w:rsidRPr="00A77700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7366233">
    <w:abstractNumId w:val="8"/>
  </w:num>
  <w:num w:numId="2" w16cid:durableId="471484574">
    <w:abstractNumId w:val="6"/>
  </w:num>
  <w:num w:numId="3" w16cid:durableId="1082990663">
    <w:abstractNumId w:val="5"/>
  </w:num>
  <w:num w:numId="4" w16cid:durableId="849486467">
    <w:abstractNumId w:val="4"/>
  </w:num>
  <w:num w:numId="5" w16cid:durableId="938218859">
    <w:abstractNumId w:val="7"/>
  </w:num>
  <w:num w:numId="6" w16cid:durableId="394864984">
    <w:abstractNumId w:val="3"/>
  </w:num>
  <w:num w:numId="7" w16cid:durableId="1053888865">
    <w:abstractNumId w:val="2"/>
  </w:num>
  <w:num w:numId="8" w16cid:durableId="1100831543">
    <w:abstractNumId w:val="1"/>
  </w:num>
  <w:num w:numId="9" w16cid:durableId="889263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18A"/>
    <w:rsid w:val="0015074B"/>
    <w:rsid w:val="0029639D"/>
    <w:rsid w:val="00326F90"/>
    <w:rsid w:val="003F520C"/>
    <w:rsid w:val="004473ED"/>
    <w:rsid w:val="00874CBD"/>
    <w:rsid w:val="008C79DC"/>
    <w:rsid w:val="009377F8"/>
    <w:rsid w:val="00A77700"/>
    <w:rsid w:val="00AA1D8D"/>
    <w:rsid w:val="00B47730"/>
    <w:rsid w:val="00CB0664"/>
    <w:rsid w:val="00E94C79"/>
    <w:rsid w:val="00FC693F"/>
    <w:rsid w:val="00FD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DA47A2"/>
  <w14:defaultImageDpi w14:val="300"/>
  <w15:docId w15:val="{9333FB0B-8124-4885-BAF9-90E258B52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431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Petr Dubovský</cp:lastModifiedBy>
  <cp:revision>2</cp:revision>
  <dcterms:created xsi:type="dcterms:W3CDTF">2026-09-17T05:40:00Z</dcterms:created>
  <dcterms:modified xsi:type="dcterms:W3CDTF">2026-09-17T05:40:00Z</dcterms:modified>
  <cp:category/>
</cp:coreProperties>
</file>